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 Job Application Email Samples</w:t>
      </w:r>
    </w:p>
    <w:p>
      <w:pPr>
        <w:pStyle w:val="Subtitle"/>
      </w:pPr>
      <w:r>
        <w:t>Copy, adapt and send professional messages for Pakistani employers</w:t>
      </w:r>
    </w:p>
    <w:p>
      <w:r>
        <w:t>BUKHARI HRMS  |  Free career resource  |  bukharihrms.com</w:t>
      </w:r>
    </w:p>
    <w:p>
      <w:r>
        <w:t>HOW TO USE: Choose the relevant example. Replace every [placeholder]. Match your claims to your CV and the vacancy. Never invent achievements or referrals.</w:t>
      </w:r>
    </w:p>
    <w:p>
      <w:pPr>
        <w:pStyle w:val="Heading1"/>
      </w:pPr>
      <w:r>
        <w:t>1. Responding to an advertised vacancy</w:t>
      </w:r>
    </w:p>
    <w:p>
      <w:r>
        <w:t>SUBJECT: Application for Accounts Officer – [Your Name]</w:t>
      </w:r>
    </w:p>
    <w:p>
      <w:r>
        <w:t>Dear Hiring Manager,</w:t>
      </w:r>
    </w:p>
    <w:p>
      <w:r>
        <w:t>I am applying for the Accounts Officer position advertised on [platform/date]. I have [X years] of experience in reconciliations, invoicing and monthly reporting. In my recent role at [company], I supported [specific relevant responsibility or verifiable achievement].</w:t>
      </w:r>
    </w:p>
    <w:p>
      <w:r>
        <w:t>I have attached my CV for your consideration. I would welcome an opportunity to discuss how my experience fits your requirements.</w:t>
      </w:r>
    </w:p>
    <w:p>
      <w:r>
        <w:t>Kind regards,</w:t>
        <w:br/>
        <w:t>[Full Name]</w:t>
        <w:br/>
        <w:t>[Phone Number]</w:t>
      </w:r>
    </w:p>
    <w:p>
      <w:pPr>
        <w:pStyle w:val="Heading1"/>
      </w:pPr>
      <w:r>
        <w:t>2. Experienced administration professional</w:t>
      </w:r>
    </w:p>
    <w:p>
      <w:r>
        <w:t>SUBJECT: Application for Administration Officer – [Your Name]</w:t>
      </w:r>
    </w:p>
    <w:p>
      <w:r>
        <w:t>Dear [Hiring Manager’s Name],</w:t>
      </w:r>
    </w:p>
    <w:p>
      <w:r>
        <w:t>Please consider my application for the Administration Officer role. Over [X years], I have supported office coordination, vendor communication and document management. For example, I [insert one true result or responsibility].</w:t>
      </w:r>
    </w:p>
    <w:p>
      <w:r>
        <w:t>Your requirement for organized administrative support matches my background. My CV is attached, and I would appreciate the opportunity to speak with you.</w:t>
      </w:r>
    </w:p>
    <w:p>
      <w:r>
        <w:t>Regards,</w:t>
        <w:br/>
        <w:t>[Full Name]</w:t>
        <w:br/>
        <w:t>[Phone Number]</w:t>
      </w:r>
    </w:p>
    <w:p>
      <w:pPr>
        <w:pStyle w:val="Heading1"/>
      </w:pPr>
      <w:r>
        <w:t>3. Fresh graduate seeking a first job</w:t>
      </w:r>
    </w:p>
    <w:p>
      <w:r>
        <w:t>SUBJECT: Application for Graduate Trainee – [Your Name]</w:t>
      </w:r>
    </w:p>
    <w:p>
      <w:r>
        <w:t>Dear Hiring Team,</w:t>
      </w:r>
    </w:p>
    <w:p>
      <w:r>
        <w:t>I recently completed a [degree] from [institution] and would like to apply for the Graduate Trainee position. My coursework and [project/internship] helped me develop [two relevant skills].</w:t>
      </w:r>
    </w:p>
    <w:p>
      <w:r>
        <w:t>Although I am starting my professional career, I am ready to learn and contribute. Please find my CV attached. Thank you for reviewing my application.</w:t>
      </w:r>
    </w:p>
    <w:p>
      <w:r>
        <w:t>Sincerely,</w:t>
        <w:br/>
        <w:t>[Full Name]</w:t>
        <w:br/>
        <w:t>[Phone Number]</w:t>
      </w:r>
    </w:p>
    <w:p>
      <w:pPr>
        <w:pStyle w:val="Heading1"/>
      </w:pPr>
      <w:r>
        <w:t>4. Unsolicited application to a company</w:t>
      </w:r>
    </w:p>
    <w:p>
      <w:r>
        <w:t>SUBJECT: Expression of Interest – HR Operations – [Your Name]</w:t>
      </w:r>
    </w:p>
    <w:p>
      <w:r>
        <w:t>Dear HR Team,</w:t>
      </w:r>
    </w:p>
    <w:p>
      <w:r>
        <w:t>I am contacting you to express interest in future HR Operations opportunities at [company]. My background includes [X years] of recruitment coordination, employee records and onboarding support.</w:t>
      </w:r>
    </w:p>
    <w:p>
      <w:r>
        <w:t>I understand you may not have a suitable opening at present. If my experience is relevant to an upcoming vacancy, I would be pleased to discuss it. I have attached my CV for reference.</w:t>
      </w:r>
    </w:p>
    <w:p>
      <w:r>
        <w:t>Best regards,</w:t>
        <w:br/>
        <w:t>[Full Name]</w:t>
        <w:br/>
        <w:t>[Phone Number]</w:t>
      </w:r>
    </w:p>
    <w:p>
      <w:pPr>
        <w:pStyle w:val="Heading1"/>
      </w:pPr>
      <w:r>
        <w:t>5. Applying through a professional referral</w:t>
      </w:r>
    </w:p>
    <w:p>
      <w:r>
        <w:t>SUBJECT: Application for Sales Executive – Referred by [Referrer’s Name]</w:t>
      </w:r>
    </w:p>
    <w:p>
      <w:r>
        <w:t>Dear [Hiring Manager’s Name],</w:t>
      </w:r>
    </w:p>
    <w:p>
      <w:r>
        <w:t>[Referrer’s Name] suggested I contact you about the Sales Executive opportunity. With their permission, I am mentioning the referral here. My experience includes [relevant sales work] and [true, specific accomplishment].</w:t>
      </w:r>
    </w:p>
    <w:p>
      <w:r>
        <w:t>I have attached my CV and would welcome a conversation if my profile fits the role. Thank you for your consideration.</w:t>
      </w:r>
    </w:p>
    <w:p>
      <w:r>
        <w:t>Kind regards,</w:t>
        <w:br/>
        <w:t>[Full Name]</w:t>
        <w:br/>
        <w:t>[Phone Number]</w:t>
      </w:r>
    </w:p>
    <w:p>
      <w:pPr>
        <w:pStyle w:val="Heading1"/>
      </w:pPr>
      <w:r>
        <w:t>6. Following up after an application</w:t>
      </w:r>
    </w:p>
    <w:p>
      <w:r>
        <w:t>SUBJECT: Follow-up: Application for [Job Title] – [Your Name]</w:t>
      </w:r>
    </w:p>
    <w:p>
      <w:r>
        <w:t>Dear [Hiring Manager’s Name],</w:t>
      </w:r>
    </w:p>
    <w:p>
      <w:r>
        <w:t>I applied for the [Job Title] position on [date] and wanted to confirm that my application was received. I remain interested in the opportunity, particularly because of [one relevant reason].</w:t>
      </w:r>
    </w:p>
    <w:p>
      <w:r>
        <w:t>If the recruitment process is still underway, I would appreciate any update you can share. Thank you for your time.</w:t>
      </w:r>
    </w:p>
    <w:p>
      <w:r>
        <w:t>Regards,</w:t>
        <w:br/>
        <w:t>[Full Name]</w:t>
        <w:br/>
        <w:t>[Phone Number]</w:t>
      </w:r>
    </w:p>
    <w:p>
      <w:pPr>
        <w:pStyle w:val="Heading1"/>
      </w:pPr>
      <w:r>
        <w:t>7. Following up after an interview</w:t>
      </w:r>
    </w:p>
    <w:p>
      <w:r>
        <w:t>SUBJECT: Thank You – Interview for [Job Title] – [Your Name]</w:t>
      </w:r>
    </w:p>
    <w:p>
      <w:r>
        <w:t>Dear [Interviewer’s Name],</w:t>
      </w:r>
    </w:p>
    <w:p>
      <w:r>
        <w:t>Thank you for speaking with me on [date] about the [Job Title] position. I appreciated learning more about [specific responsibility or team challenge].</w:t>
      </w:r>
    </w:p>
    <w:p>
      <w:r>
        <w:t>Our discussion strengthened my interest in the role. My experience in [relevant area] could help with [specific need discussed]. Please let me know if you need any additional information.</w:t>
      </w:r>
    </w:p>
    <w:p>
      <w:r>
        <w:t>Kind regards,</w:t>
        <w:br/>
        <w:t>[Full Name]</w:t>
        <w:br/>
        <w:t>[Phone Number]</w:t>
      </w:r>
    </w:p>
    <w:p>
      <w:pPr>
        <w:pStyle w:val="Heading1"/>
      </w:pPr>
      <w:r>
        <w:t>8. Career return after a break</w:t>
      </w:r>
    </w:p>
    <w:p>
      <w:r>
        <w:t>SUBJECT: Application for Office Coordinator – [Your Name]</w:t>
      </w:r>
    </w:p>
    <w:p>
      <w:r>
        <w:t>Dear Hiring Manager,</w:t>
      </w:r>
    </w:p>
    <w:p>
      <w:r>
        <w:t>I am applying for the Office Coordinator role. Before taking a career break for [brief truthful reason, optional], I gained [X years] of experience in scheduling, vendor follow-up and office records. Recently, I refreshed my [specific relevant skill].</w:t>
      </w:r>
    </w:p>
    <w:p>
      <w:r>
        <w:t>I am available to return to work and believe my previous experience fits the role. My CV is attached for your review.</w:t>
      </w:r>
    </w:p>
    <w:p>
      <w:r>
        <w:t>Sincerely,</w:t>
        <w:br/>
        <w:t>[Full Name]</w:t>
        <w:br/>
        <w:t>[Phone Number]</w:t>
      </w:r>
    </w:p>
    <w:sectPr w:rsidR="00FC693F" w:rsidRPr="0006063C" w:rsidSect="00034616">
      <w:footerReference w:type="default" r:id="rId9"/>
      <w:pgSz w:w="12240" w:h="15840"/>
      <w:pgMar w:top="1037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Bukhari HRMS • Educational templates • Replace all bracketed placeholders with verified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B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D1B2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