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 Cover Letter Samples</w:t>
      </w:r>
    </w:p>
    <w:p>
      <w:pPr>
        <w:pStyle w:val="Subtitle"/>
      </w:pPr>
      <w:r>
        <w:t>Editable letters for experienced professionals and fresh graduates</w:t>
      </w:r>
    </w:p>
    <w:p>
      <w:r>
        <w:t>BUKHARI HRMS  |  Free career resource  |  bukharihrms.com</w:t>
      </w:r>
    </w:p>
    <w:p>
      <w:r>
        <w:t>These fictional examples are starting points, not personal testimonials. Replace all placeholders and tailor each letter to a real vacancy.</w:t>
      </w:r>
    </w:p>
    <w:p>
      <w:pPr>
        <w:pStyle w:val="Heading1"/>
      </w:pPr>
      <w:r>
        <w:t>1. Experienced Accounts Officer</w:t>
      </w:r>
    </w:p>
    <w:p>
      <w:r>
        <w:t>[Date]  |  [Company]  |  [Job Title]</w:t>
      </w:r>
    </w:p>
    <w:p>
      <w:r>
        <w:t>Dear Hiring Manager,</w:t>
      </w:r>
    </w:p>
    <w:p>
      <w:r>
        <w:t>I am applying for the Accounts Officer position at [Company]. I have [X years] of experience preparing reconciliations, coordinating receivables and supporting month-end reporting. At [Previous Employer], I [insert one accurate, relevant accomplishment].</w:t>
      </w:r>
    </w:p>
    <w:p>
      <w:r>
        <w:t>Your advertised requirements emphasize reporting accuracy and coordination. These are responsibilities I have handled regularly. I also use [software you genuinely know] and follow clear documentation practices.</w:t>
      </w:r>
    </w:p>
    <w:p>
      <w:r>
        <w:t>I would appreciate the opportunity to discuss my suitability. Please find my CV attached. Thank you for considering my application.</w:t>
      </w:r>
    </w:p>
    <w:p>
      <w:r>
        <w:t>Sincerely,</w:t>
        <w:br/>
        <w:t>[Full Name]</w:t>
      </w:r>
    </w:p>
    <w:p>
      <w:pPr>
        <w:pStyle w:val="Heading1"/>
      </w:pPr>
      <w:r>
        <w:t>2. HR and Administration Professional</w:t>
      </w:r>
    </w:p>
    <w:p>
      <w:r>
        <w:t>[Date]  |  [Company]  |  [Job Title]</w:t>
      </w:r>
    </w:p>
    <w:p>
      <w:r>
        <w:t>Dear Hiring Manager,</w:t>
      </w:r>
    </w:p>
    <w:p>
      <w:r>
        <w:t>Please accept my application for the HR and Administration Officer vacancy at [Company]. My experience includes [X years] of recruitment coordination, personnel records, attendance administration and office support.</w:t>
      </w:r>
    </w:p>
    <w:p>
      <w:r>
        <w:t>In my last position, I [describe a real process improvement, responsibility or result]. As a result, I understand the importance of accurate records, confidential handling of information and timely communication.</w:t>
      </w:r>
    </w:p>
    <w:p>
      <w:r>
        <w:t>I am interested in this opportunity because the role combines employee support with structured administrative work. I would welcome a meeting to discuss how I could contribute.</w:t>
      </w:r>
    </w:p>
    <w:p>
      <w:r>
        <w:t>Kind regards,</w:t>
        <w:br/>
        <w:t>[Full Name]</w:t>
      </w:r>
    </w:p>
    <w:p>
      <w:pPr>
        <w:pStyle w:val="Heading1"/>
      </w:pPr>
      <w:r>
        <w:t>3. Sales Professional</w:t>
      </w:r>
    </w:p>
    <w:p>
      <w:r>
        <w:t>[Date]  |  [Company]  |  [Job Title]</w:t>
      </w:r>
    </w:p>
    <w:p>
      <w:r>
        <w:t>Dear Hiring Manager,</w:t>
      </w:r>
    </w:p>
    <w:p>
      <w:r>
        <w:t>I am writing to apply for the Sales Executive opening at [Company]. I have worked in [industry] for [X years], building customer relationships, following up on leads and preparing sales reports.</w:t>
      </w:r>
    </w:p>
    <w:p>
      <w:r>
        <w:t>One relevant example is [insert an accurate achievement and timeframe]. I believe that this experience would help me contribute to your team’s customer development goals.</w:t>
      </w:r>
    </w:p>
    <w:p>
      <w:r>
        <w:t>I would value an opportunity to discuss the position. My CV is enclosed, and I can provide further details if required.</w:t>
      </w:r>
    </w:p>
    <w:p>
      <w:r>
        <w:t>Regards,</w:t>
        <w:br/>
        <w:t>[Full Name]</w:t>
      </w:r>
    </w:p>
    <w:p>
      <w:pPr>
        <w:pStyle w:val="Heading1"/>
      </w:pPr>
      <w:r>
        <w:t>4. Fresh Graduate</w:t>
      </w:r>
    </w:p>
    <w:p>
      <w:r>
        <w:t>[Date]  |  [Company]  |  [Job Title]</w:t>
      </w:r>
    </w:p>
    <w:p>
      <w:r>
        <w:t>Dear Hiring Manager,</w:t>
      </w:r>
    </w:p>
    <w:p>
      <w:r>
        <w:t>I recently completed a [degree] at [institution] and am applying for the [Job Title] position. During my studies, I worked on [relevant coursework or project], which helped me build [skills relevant to vacancy].</w:t>
      </w:r>
    </w:p>
    <w:p>
      <w:r>
        <w:t>Although I have limited professional experience, I can demonstrate careful work, willingness to learn and an interest in [field]. I would appreciate the opportunity to contribute while developing under your team’s guidance.</w:t>
      </w:r>
    </w:p>
    <w:p>
      <w:r>
        <w:t>Thank you for reviewing my application and attached CV.</w:t>
      </w:r>
    </w:p>
    <w:p>
      <w:r>
        <w:t>Sincerely,</w:t>
        <w:br/>
        <w:t>[Full Name]</w:t>
      </w:r>
    </w:p>
    <w:sectPr w:rsidR="00FC693F" w:rsidRPr="0006063C" w:rsidSect="00034616">
      <w:footerReference w:type="default" r:id="rId9"/>
      <w:pgSz w:w="12240" w:h="15840"/>
      <w:pgMar w:top="1037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Bukhari HRMS • Educational templates • Replace all bracketed placeholders with verified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B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1B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D1B2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