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BUKHARI HRMS</w:t>
      </w:r>
    </w:p>
    <w:p>
      <w:pPr>
        <w:pStyle w:val="Title"/>
      </w:pPr>
      <w:r>
        <w:t>Tell Me About Yourself</w:t>
      </w:r>
    </w:p>
    <w:p>
      <w:pPr>
        <w:pStyle w:val="Subtitle"/>
      </w:pPr>
      <w:r>
        <w:t>Interview Self-Introduction Workbook | Editable practice guide</w:t>
      </w:r>
    </w:p>
    <w:p>
      <w:r>
        <w:t>Free resource for Pakistani job seekers and experienced professionals. Examples are fictional and must be adapted truthfully.</w:t>
      </w:r>
    </w:p>
    <w:p>
      <w:pPr>
        <w:pStyle w:val="Heading1"/>
      </w:pPr>
      <w:r>
        <w:t>1 | Build your 60–90-second introduction</w:t>
      </w:r>
    </w:p>
    <w:p>
      <w:pPr>
        <w:pStyle w:val="Heading2"/>
      </w:pPr>
      <w:r>
        <w:t>PRESENT</w:t>
      </w:r>
    </w:p>
    <w:p>
      <w:r>
        <w:t>What is your profession / current role?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pPr>
        <w:pStyle w:val="Heading2"/>
      </w:pPr>
      <w:r>
        <w:t>EXPERIENCE</w:t>
      </w:r>
    </w:p>
    <w:p>
      <w:r>
        <w:t>Which relevant responsibilities and skills match this vacancy?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pPr>
        <w:pStyle w:val="Heading2"/>
      </w:pPr>
      <w:r>
        <w:t>EVIDENCE</w:t>
      </w:r>
    </w:p>
    <w:p>
      <w:r>
        <w:t>What verified example, project or achievement demonstrates your ability?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pPr>
        <w:pStyle w:val="Heading2"/>
      </w:pPr>
      <w:r>
        <w:t>DIRECTION</w:t>
      </w:r>
    </w:p>
    <w:p>
      <w:r>
        <w:t>Why does the role make sense as your next step?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pPr>
        <w:pStyle w:val="Heading1"/>
      </w:pPr>
      <w:r>
        <w:t>2 | Put the four parts together</w:t>
      </w:r>
    </w:p>
    <w:p>
      <w:r>
        <w:t>I am a __________________________ with __________________________ experience. My recent work has focused on ______________________________. A relevant strength or example is ______________________________. I am interested in this role because ______________________________.</w:t>
      </w:r>
    </w:p>
    <w:p>
      <w:pPr>
        <w:pStyle w:val="Heading1"/>
      </w:pPr>
      <w:r>
        <w:t>3 | Sample answers for different roles</w:t>
      </w:r>
    </w:p>
    <w:p>
      <w:pPr>
        <w:pStyle w:val="Heading2"/>
      </w:pPr>
      <w:r>
        <w:t>Accounts and finance professional</w:t>
      </w:r>
    </w:p>
    <w:p>
      <w:r>
        <w:t>I am an accounts professional with eight years of experience in bookkeeping, monthly closings and financial reporting. In my recent role, I coordinated payable and receivable records, reconciled accounts and helped improve the accuracy of month-end reports. I am comfortable with Excel and accounting software, and I work carefully with deadlines. I am now looking for a finance role where I can contribute dependable reporting and continue developing my skills.</w:t>
      </w:r>
    </w:p>
    <w:p>
      <w:r>
        <w:t>Adaptation tip: Focus on reconciliations, reporting, controls and tools you genuinely use.</w:t>
      </w:r>
    </w:p>
    <w:p>
      <w:pPr>
        <w:pStyle w:val="Heading2"/>
      </w:pPr>
      <w:r>
        <w:t>Human resources professional</w:t>
      </w:r>
    </w:p>
    <w:p>
      <w:r>
        <w:t>I have seven years of experience supporting recruitment, employee records and HR operations in the private sector. My work has included interview coordination, onboarding, attendance reporting and resolving routine employee queries. I value confidentiality, clear communication and consistent processes. I am interested in this position because it combines people support with the opportunity to strengthen HR systems.</w:t>
      </w:r>
    </w:p>
    <w:p>
      <w:r>
        <w:t>Adaptation tip: Replace broad claims with one genuine process improvement or project.</w:t>
      </w:r>
    </w:p>
    <w:p>
      <w:pPr>
        <w:pStyle w:val="Heading2"/>
      </w:pPr>
      <w:r>
        <w:t>Administration and office management</w:t>
      </w:r>
    </w:p>
    <w:p>
      <w:r>
        <w:t>I am an administration professional with six years of experience coordinating office operations, vendors, documentation and internal requests. I have supported multiple departments, tracked service issues and kept records organized so teams can work efficiently. My strengths are follow-through, prioritization and communication. I would like to bring those skills to an organization that values reliable administrative support.</w:t>
      </w:r>
    </w:p>
    <w:p>
      <w:r>
        <w:t>Adaptation tip: Mention office size or responsibilities if accurate.</w:t>
      </w:r>
    </w:p>
    <w:p>
      <w:pPr>
        <w:pStyle w:val="Heading2"/>
      </w:pPr>
      <w:r>
        <w:t>Sales and business development</w:t>
      </w:r>
    </w:p>
    <w:p>
      <w:r>
        <w:t>I have five years of experience in field sales and business development, including prospecting, customer meetings and account follow-up. My recent work involved managing a customer portfolio and maintaining a disciplined sales pipeline. I enjoy understanding customer needs and developing practical solutions rather than making unrealistic promises. I am looking for a sales role where I can contribute to sustainable growth and improve my commercial skills.</w:t>
      </w:r>
    </w:p>
    <w:p>
      <w:r>
        <w:t>Adaptation tip: Use genuine sales results and explain the period measured.</w:t>
      </w:r>
    </w:p>
    <w:p>
      <w:pPr>
        <w:pStyle w:val="Heading2"/>
      </w:pPr>
      <w:r>
        <w:t>Operations and supply chain</w:t>
      </w:r>
    </w:p>
    <w:p>
      <w:r>
        <w:t>I am an operations professional with nine years of experience in scheduling, inventory coordination and cross-team problem-solving. I have worked with warehouse and procurement colleagues to address delays and maintain accurate movement records. I am known for following processes while identifying practical improvements. I am interested in this role because it would let me contribute to consistent service and operational reliability.</w:t>
      </w:r>
    </w:p>
    <w:p>
      <w:r>
        <w:t>Adaptation tip: Use specific systems, responsibilities and measurable outcomes if verified.</w:t>
      </w:r>
    </w:p>
    <w:p>
      <w:pPr>
        <w:pStyle w:val="Heading2"/>
      </w:pPr>
      <w:r>
        <w:t>Customer service or call centre</w:t>
      </w:r>
    </w:p>
    <w:p>
      <w:r>
        <w:t>I have four years of customer support experience handling service queries, follow-ups and escalations. I focus on listening carefully, documenting the issue and explaining the next step clearly. My work has taught me to remain patient during difficult conversations and coordinate with other teams when a case needs further attention. I would welcome a role where I can use those strengths to deliver reliable support.</w:t>
      </w:r>
    </w:p>
    <w:p>
      <w:r>
        <w:t>Adaptation tip: Emphasize customer-handling examples rather than claiming perfect communication.</w:t>
      </w:r>
    </w:p>
    <w:p>
      <w:pPr>
        <w:pStyle w:val="Heading2"/>
      </w:pPr>
      <w:r>
        <w:t>IT support professional</w:t>
      </w:r>
    </w:p>
    <w:p>
      <w:r>
        <w:t>I have six years of experience in desktop support, user troubleshooting and routine IT administration. I have supported employees with hardware, software and access issues, documenting incidents and escalating complex problems appropriately. I try to solve problems methodically and communicate technical steps in plain language. I am looking for an environment where I can support users and strengthen my technical expertise.</w:t>
      </w:r>
    </w:p>
    <w:p>
      <w:r>
        <w:t>Adaptation tip: Name platforms and certifications only if you have them.</w:t>
      </w:r>
    </w:p>
    <w:p>
      <w:pPr>
        <w:pStyle w:val="Heading2"/>
      </w:pPr>
      <w:r>
        <w:t>Manager or department head</w:t>
      </w:r>
    </w:p>
    <w:p>
      <w:r>
        <w:t>I am a department manager with twelve years of experience, including four years supervising teams and coordinating delivery targets. My responsibilities have covered work planning, performance discussions and communication across functions. I aim to set clear expectations, remove blockers and review results consistently. I am interested in this position because the role matches my operational experience and gives me scope to develop people and processes.</w:t>
      </w:r>
    </w:p>
    <w:p>
      <w:r>
        <w:t>Adaptation tip: Include credible team size and demonstrated business impact.</w:t>
      </w:r>
    </w:p>
    <w:p>
      <w:pPr>
        <w:pStyle w:val="Heading2"/>
      </w:pPr>
      <w:r>
        <w:t>Returning after a career gap</w:t>
      </w:r>
    </w:p>
    <w:p>
      <w:r>
        <w:t>I am an administration professional with five years of experience in office coordination and records management. I took a planned career break for family responsibilities, which are now sufficiently arranged for me to return to full-time work. Before restarting my search, I refreshed my spreadsheet and workplace communication skills. I am ready to apply my previous experience and rebuild momentum in an administration role.</w:t>
      </w:r>
    </w:p>
    <w:p>
      <w:r>
        <w:t>Adaptation tip: Keep the explanation truthful, brief and focused on readiness.</w:t>
      </w:r>
    </w:p>
    <w:p>
      <w:pPr>
        <w:pStyle w:val="Heading2"/>
      </w:pPr>
      <w:r>
        <w:t>Fresh graduate applying for an entry-level role</w:t>
      </w:r>
    </w:p>
    <w:p>
      <w:r>
        <w:t>I recently completed a bachelor’s degree in commerce and developed an interest in finance and office operations through my coursework and a university project. I am confident with basic spreadsheets, careful recordkeeping and working with deadlines. Although I am early in my career, I am keen to learn the systems your team uses and contribute through dependable, accurate work.</w:t>
      </w:r>
    </w:p>
    <w:p>
      <w:r>
        <w:t>Adaptation tip: Do not invent work experience; use projects, internships and transferable skills.</w:t>
      </w:r>
    </w:p>
    <w:p>
      <w:pPr>
        <w:pStyle w:val="Heading1"/>
      </w:pPr>
      <w:r>
        <w:t>4 | My own introduction — draft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pPr>
        <w:pStyle w:val="Heading1"/>
      </w:pPr>
      <w:r>
        <w:t>5 | Practice and record</w:t>
      </w:r>
    </w:p>
    <w:p>
      <w:r>
        <w:t>First recording (approximate seconds): 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Which phrase sounds unnatural or too long?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What claim in my answer needs proof from my CV?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What changes should I make for this particular vacancy?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pPr>
        <w:pStyle w:val="Heading1"/>
      </w:pPr>
      <w:r>
        <w:t>6 | Interview checklist</w:t>
      </w:r>
    </w:p>
    <w:p>
      <w:r>
        <w:t>☐ I can state my current role or target role clearly.</w:t>
      </w:r>
    </w:p>
    <w:p>
      <w:r>
        <w:t>☐ My experience is relevant to the vacancy.</w:t>
      </w:r>
    </w:p>
    <w:p>
      <w:r>
        <w:t>☐ I can support each claim with a true example.</w:t>
      </w:r>
    </w:p>
    <w:p>
      <w:r>
        <w:t>☐ I have practised aloud instead of memorizing every word.</w:t>
      </w:r>
    </w:p>
    <w:p>
      <w:r>
        <w:t>☐ I can explain job changes or career breaks truthfully.</w:t>
      </w:r>
    </w:p>
    <w:p>
      <w:r>
        <w:t>☐ My CV and spoken introduction agree.</w:t>
      </w:r>
    </w:p>
    <w:p>
      <w:r>
        <w:t>☐ I have researched the employer and prepared a question.</w:t>
      </w:r>
    </w:p>
    <w:p>
      <w:r>
        <w:t>Bukhari HRMS  |  bukharihrms.com  |  Free candidate registration available on the website.</w:t>
      </w:r>
    </w:p>
    <w:p>
      <w:r>
        <w:t>This worksheet provides general career guidance. It does not guarantee an interview or job placement.</w:t>
      </w:r>
    </w:p>
    <w:sectPr w:rsidR="00FC693F" w:rsidRPr="0006063C" w:rsidSect="00034616">
      <w:footerReference w:type="default" r:id="rId9"/>
      <w:pgSz w:w="12240" w:h="15840"/>
      <w:pgMar w:top="1008" w:right="1224" w:bottom="936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Bukhari HRMS  •  Interview Preparation Workbook  •  bukharihrms.com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D243A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D243A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D243A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