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Blank Job Application Templates</w:t>
      </w:r>
    </w:p>
    <w:p>
      <w:pPr>
        <w:pStyle w:val="Subtitle"/>
      </w:pPr>
      <w:r>
        <w:t>Fill-in email and one-page cover letter</w:t>
      </w:r>
    </w:p>
    <w:p>
      <w:r>
        <w:t>BUKHARI HRMS  |  Free career resource  |  bukharihrms.com</w:t>
      </w:r>
    </w:p>
    <w:p>
      <w:pPr>
        <w:pStyle w:val="Heading1"/>
      </w:pPr>
      <w:r>
        <w:t>A. Email template</w:t>
      </w:r>
    </w:p>
    <w:p>
      <w:r>
        <w:t>Subject: Application for [Job Title] – [Full Name]</w:t>
      </w:r>
    </w:p>
    <w:p>
      <w:r>
        <w:t>Dear [Hiring Manager / Recruitment Team],</w:t>
      </w:r>
    </w:p>
    <w:p>
      <w:r>
        <w:t>I am applying for [role] advertised on [source]. My relevant experience or education includes [two specific points].</w:t>
      </w:r>
    </w:p>
    <w:p>
      <w:r>
        <w:t>One example of my suitability is [truthful achievement, project or responsibility].</w:t>
      </w:r>
    </w:p>
    <w:p>
      <w:r>
        <w:t>My CV is attached. I would welcome an opportunity to discuss how I can contribute.</w:t>
      </w:r>
    </w:p>
    <w:p>
      <w:r>
        <w:t>Kind regards,</w:t>
      </w:r>
    </w:p>
    <w:p>
      <w:r>
        <w:t>[Full Name] | [Phone] | [Email]</w:t>
      </w:r>
    </w:p>
    <w:p>
      <w:pPr>
        <w:pStyle w:val="Heading1"/>
      </w:pPr>
      <w:r>
        <w:t>B. Cover letter template</w:t>
      </w:r>
    </w:p>
    <w:p>
      <w:r>
        <w:t>[Date]</w:t>
      </w:r>
    </w:p>
    <w:p>
      <w:r>
        <w:t>[Hiring Manager / Company]</w:t>
      </w:r>
    </w:p>
    <w:p>
      <w:r>
        <w:t>Dear [Name / Hiring Manager],</w:t>
      </w:r>
    </w:p>
    <w:p>
      <w:r>
        <w:t>Paragraph 1 — Name the vacancy and why it interests you.</w:t>
      </w:r>
    </w:p>
    <w:p>
      <w:r>
        <w:t>Paragraph 2 — Give one or two relevant experiences, skills, projects or measurable achievements.</w:t>
      </w:r>
    </w:p>
    <w:p>
      <w:r>
        <w:t>Paragraph 3 — Explain how you match the employer’s needs, then request an interview politely.</w:t>
      </w:r>
    </w:p>
    <w:p>
      <w:r>
        <w:t>Sincerely,</w:t>
      </w:r>
    </w:p>
    <w:p>
      <w:r>
        <w:t>[Full Name]</w:t>
      </w:r>
    </w:p>
    <w:p>
      <w:pPr>
        <w:pStyle w:val="Heading1"/>
      </w:pPr>
      <w:r>
        <w:t>Pre-send check</w:t>
      </w:r>
    </w:p>
    <w:p>
      <w:r>
        <w:t>☐ Correct role and company name</w:t>
      </w:r>
    </w:p>
    <w:p>
      <w:r>
        <w:t>☐ Professional subject and sender address</w:t>
      </w:r>
    </w:p>
    <w:p>
      <w:r>
        <w:t>☐ CV attached with clear filename</w:t>
      </w:r>
    </w:p>
    <w:p>
      <w:r>
        <w:t>☐ Accurate experience and dates</w:t>
      </w:r>
    </w:p>
    <w:p>
      <w:r>
        <w:t>☐ No confidential or unrequested identity documents</w:t>
      </w:r>
    </w:p>
    <w:p>
      <w:r>
        <w:t>☐ No payment or sensitive information sent to suspicious recruiters</w:t>
      </w:r>
    </w:p>
    <w:sectPr w:rsidR="00FC693F" w:rsidRPr="0006063C" w:rsidSect="00034616">
      <w:footerReference w:type="default" r:id="rId9"/>
      <w:pgSz w:w="12240" w:h="15840"/>
      <w:pgMar w:top="1037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Bukhari HRMS • Educational templates • Replace all bracketed placeholders with verified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B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1B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D1B2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