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F2237"/>
          <w:sz w:val="38"/>
        </w:rPr>
        <w:t>[YOUR FULL NAME]</w:t>
      </w:r>
    </w:p>
    <w:p>
      <w:pPr>
        <w:jc w:val="center"/>
      </w:pPr>
      <w:r>
        <w:rPr>
          <w:b/>
          <w:color w:val="007482"/>
        </w:rPr>
        <w:t>[TARGET ROLE / PROFESSIONAL HEADLINE]</w:t>
      </w:r>
    </w:p>
    <w:p>
      <w:pPr>
        <w:jc w:val="center"/>
      </w:pPr>
      <w:r>
        <w:t>[City, Pakistan] | [Mobile] | [Professional email] | [LinkedIn URL]</w:t>
      </w:r>
    </w:p>
    <w:p>
      <w:pPr>
        <w:pStyle w:val="Heading2"/>
      </w:pPr>
      <w:r>
        <w:t>PROFESSIONAL SUMMARY</w:t>
      </w:r>
    </w:p>
    <w:p>
      <w:r>
        <w:t>[Write a 3–4-line summary: years of experience, target function, strongest skills and relevant results.]</w:t>
      </w:r>
    </w:p>
    <w:p>
      <w:pPr>
        <w:pStyle w:val="Heading2"/>
      </w:pPr>
      <w:r>
        <w:t>PROFESSIONAL EXPERIENCE</w:t>
      </w:r>
    </w:p>
    <w:p>
      <w:r>
        <w:rPr>
          <w:b/>
          <w:color w:val="0F2237"/>
        </w:rPr>
        <w:t>[Job Title] | [Employer] | [Month Year] – [Month Year]</w:t>
      </w:r>
    </w:p>
    <w:p>
      <w:pPr>
        <w:pStyle w:val="ListBullet"/>
      </w:pPr>
      <w:r>
        <w:t>[Begin with a strong verb + describe work + show genuine result where possible.]</w:t>
      </w:r>
    </w:p>
    <w:p>
      <w:pPr>
        <w:pStyle w:val="ListBullet"/>
      </w:pPr>
      <w:r>
        <w:t>[Add relevant tools, scope, team size or measurable achievements.]</w:t>
      </w:r>
    </w:p>
    <w:p>
      <w:r>
        <w:rPr>
          <w:b/>
          <w:color w:val="0F2237"/>
        </w:rPr>
        <w:t>[Earlier Job Title] | [Employer] | [Dates]</w:t>
      </w:r>
    </w:p>
    <w:p>
      <w:pPr>
        <w:pStyle w:val="ListBullet"/>
      </w:pPr>
      <w:r>
        <w:t>[Summarize responsibilities most relevant to your target job.]</w:t>
      </w:r>
    </w:p>
    <w:p>
      <w:pPr>
        <w:pStyle w:val="Heading2"/>
      </w:pPr>
      <w:r>
        <w:t>CORE SKILLS</w:t>
      </w:r>
    </w:p>
    <w:p>
      <w:r>
        <w:t>[Skill 1]  •  [Skill 2]  •  [Software/tools]  •  [Job-specific skill]</w:t>
      </w:r>
    </w:p>
    <w:p>
      <w:pPr>
        <w:pStyle w:val="Heading2"/>
      </w:pPr>
      <w:r>
        <w:t>EDUCATION</w:t>
      </w:r>
    </w:p>
    <w:p>
      <w:r>
        <w:t>[Degree / Diploma] | [Institution] | [Completion year]</w:t>
      </w:r>
    </w:p>
    <w:p>
      <w:pPr>
        <w:pStyle w:val="Heading2"/>
      </w:pPr>
      <w:r>
        <w:t>OPTIONAL: CERTIFICATIONS / PROJECTS</w:t>
      </w:r>
    </w:p>
    <w:p>
      <w:r>
        <w:t>[Include only relevant and verifiable items. Remove this section if not applicable.]</w:t>
      </w:r>
    </w:p>
    <w:sectPr w:rsidR="00FC693F" w:rsidRPr="0006063C" w:rsidSect="00034616">
      <w:footerReference w:type="default" r:id="rId9"/>
      <w:pgSz w:w="12240" w:h="15840"/>
      <w:pgMar w:top="1008" w:right="1123" w:bottom="965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4"/>
      </w:rPr>
      <w:t>Bukhari HRMS | Free CV template | bukharihrms.com | All sample names, employers and numbers are fictional.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F223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F223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F223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